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עמדות ותפקידים במגרש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של משחק הוגן ורוח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על דמות מומצאת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לעצור את היריבה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כוח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לעודד ולנסות שוב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לא התנהגות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תפקיד שחקני ההתקפה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השדות 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עמדה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 ומונע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(עוצר את התקפות הקבוצה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(מחבר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(מנחה את הקבוצה מהצד)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שם, עמדה, כוח על ברור, ומתאר התנהגות הוגנת וחיובית כשמפסידים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לכללים וכבוד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שומר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ויצירתי של יכולת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את הדמות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למשחק הוגן מהחיים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כמה כרטיסים בכיתה ולשתף בגאווה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ממציאים שחקנית או שחקן דמיוניים, בוחרים עמדה במגרש, כוח על מיוחד ומשפט שאומרים לפני 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השער בקבוצת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תפקידם העיקרי של שחקני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לכבוש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את היריבה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עמדה אחראית בעיקר לכבוש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נקרא היכולת המיוחדת והדמיונית של השחקן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כשהקבוצה שלנו מפסידה, מה מתאים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על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לעודד ולנסות שוב בפעם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לשחק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להתווכח עם השופט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הוגן אומר לשחק לפי הכללים ובכבוד ליריב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לריב עם השופט כשמפסידים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שחקן דמיוני בדף יש כוח על מיוחד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בעמדת הגנה תפקידו לכבוש הכי הרבה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לדמות הדמיונית משפט שהיא אומרת לפני כל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עמדה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מנחה את הקבוצה מהצד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התקפה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 ומונע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 את התקפות הקבוצה היריבה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השחקן ששומר על השער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לשחק לפי הכללים ובכבוד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השחקנים שמשחקים יחד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היכולת המיוחדת והדמיונית של הדמות נקראת כוח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השטח שבו משחקים כדורגל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בכמה משפטים את השחקן או השחקנית הדמיוניים שלכם: מה השם, העמדה, כוח העל, ואיך הם מתנהגים כשמפסידים?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משחק הוגן?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עמדה משחק 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כוח העל של השחקן הדמיוני שהמצאתם?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השחקן/ית הדמיוני/ת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